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Опись документов для передачи организации</w:t>
      </w:r>
    </w:p>
    <w:p>
      <w:r>
        <w:t>Учебный заполненный пример. Названия и сведения условные.</w:t>
      </w:r>
    </w:p>
    <w:p>
      <w:r>
        <w:t>Опись № 12 от 11 октября 2026 года</w:t>
      </w:r>
    </w:p>
    <w:p>
      <w:r>
        <w:t>Передающая организация: ООО «Пример-А»</w:t>
      </w:r>
    </w:p>
    <w:p>
      <w:r>
        <w:t>Получающая организация: ООО «Пример-Б»</w:t>
      </w:r>
    </w:p>
    <w:p>
      <w:r>
        <w:t>Основание: договор № 24 от 1 сентября 2026 года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4139"/>
        <w:gridCol w:w="1304"/>
        <w:gridCol w:w="1247"/>
        <w:gridCol w:w="1757"/>
        <w:gridCol w:w="1247"/>
        <w:gridCol w:w="3118"/>
      </w:tblGrid>
      <w:tr>
        <w:tc>
          <w:tcPr>
            <w:tcW w:type="dxa" w:w="4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/>
              </w:rPr>
              <w:t>№</w:t>
            </w:r>
          </w:p>
        </w:tc>
        <w:tc>
          <w:tcPr>
            <w:tcW w:type="dxa" w:w="413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/>
              </w:rPr>
              <w:t>Наименование, номер и дата документа</w:t>
            </w:r>
          </w:p>
        </w:tc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/>
              </w:rPr>
              <w:t>Вид документа</w:t>
            </w:r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Кол-во экз.</w:t>
            </w:r>
          </w:p>
        </w:tc>
        <w:tc>
          <w:tcPr>
            <w:tcW w:type="dxa" w:w="175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/>
              </w:rPr>
              <w:t>Листов в одном экземпляре</w:t>
            </w:r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/>
              </w:rPr>
              <w:t>Листов всего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/>
              </w:rPr>
              <w:t>Примечание</w:t>
            </w:r>
          </w:p>
        </w:tc>
      </w:tr>
      <w:tr>
        <w:tc>
          <w:tcPr>
            <w:tcW w:type="dxa" w:w="4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1</w:t>
            </w:r>
          </w:p>
        </w:tc>
        <w:tc>
          <w:tcPr>
            <w:tcW w:type="dxa" w:w="413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Договор № 24 от 01.09.2026</w:t>
            </w:r>
          </w:p>
        </w:tc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Оригинал</w:t>
            </w:r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1</w:t>
            </w:r>
          </w:p>
        </w:tc>
        <w:tc>
          <w:tcPr>
            <w:tcW w:type="dxa" w:w="175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6</w:t>
            </w:r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6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Без приложений</w:t>
            </w:r>
          </w:p>
        </w:tc>
      </w:tr>
      <w:tr>
        <w:tc>
          <w:tcPr>
            <w:tcW w:type="dxa" w:w="4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2</w:t>
            </w:r>
          </w:p>
        </w:tc>
        <w:tc>
          <w:tcPr>
            <w:tcW w:type="dxa" w:w="413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Приложение № 1 к договору № 24 от 01.09.2026</w:t>
            </w:r>
          </w:p>
        </w:tc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Оригинал</w:t>
            </w:r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1</w:t>
            </w:r>
          </w:p>
        </w:tc>
        <w:tc>
          <w:tcPr>
            <w:tcW w:type="dxa" w:w="175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2</w:t>
            </w:r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2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Спецификация</w:t>
            </w:r>
          </w:p>
        </w:tc>
      </w:tr>
      <w:tr>
        <w:tc>
          <w:tcPr>
            <w:tcW w:type="dxa" w:w="4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3</w:t>
            </w:r>
          </w:p>
        </w:tc>
        <w:tc>
          <w:tcPr>
            <w:tcW w:type="dxa" w:w="413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Акт № 8 от 30.09.2026</w:t>
            </w:r>
          </w:p>
        </w:tc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Оригинал</w:t>
            </w:r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2</w:t>
            </w:r>
          </w:p>
        </w:tc>
        <w:tc>
          <w:tcPr>
            <w:tcW w:type="dxa" w:w="175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1</w:t>
            </w:r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2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Два экземпляра</w:t>
            </w:r>
          </w:p>
        </w:tc>
      </w:tr>
      <w:tr>
        <w:tc>
          <w:tcPr>
            <w:tcW w:type="dxa" w:w="4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4</w:t>
            </w:r>
          </w:p>
        </w:tc>
        <w:tc>
          <w:tcPr>
            <w:tcW w:type="dxa" w:w="413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Отчёт о выполненных работах от 30.09.2026, без номера</w:t>
            </w:r>
          </w:p>
        </w:tc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Копия</w:t>
            </w:r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1</w:t>
            </w:r>
          </w:p>
        </w:tc>
        <w:tc>
          <w:tcPr>
            <w:tcW w:type="dxa" w:w="175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4</w:t>
            </w:r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4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За сентябрь</w:t>
            </w:r>
          </w:p>
        </w:tc>
      </w:tr>
    </w:tbl>
    <w:p>
      <w:r>
        <w:t>Итого: 4 позиции, 5 экземпляров документов, 14 листов.</w:t>
      </w:r>
    </w:p>
    <w:p>
      <w:r>
        <w:t>Передал: менеджер проекта Иванов И. И.   Подпись ______________</w:t>
      </w:r>
    </w:p>
    <w:p>
      <w:r>
        <w:t>Приняла/принял: специалист Петрова А. А.   Подпись ______________</w:t>
      </w:r>
    </w:p>
    <w:p>
      <w:r>
        <w:t>Дата фактической передачи: 11 октября 2026 года   Замечания: ______________________________</w:t>
      </w:r>
    </w:p>
    <w:p>
      <w:r>
        <w:rPr>
          <w:sz w:val="18"/>
        </w:rPr>
        <w:t>Пример самостоятельной формы. Не заменяет почтовую форму 107 и установленные архивные формы.</w:t>
      </w:r>
    </w:p>
    <w:sectPr w:rsidR="00FC693F" w:rsidRPr="0006063C" w:rsidSect="00034616">
      <w:pgSz w:w="16838" w:h="11906" w:orient="landscape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