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Опись документов для передачи организации</w:t>
      </w:r>
    </w:p>
    <w:p>
      <w:r>
        <w:t>Бланк для обычной передачи документов. Форму согласуйте с получателем.</w:t>
      </w:r>
    </w:p>
    <w:p>
      <w:r>
        <w:t>Опись № __________    Дата ____________________</w:t>
      </w:r>
    </w:p>
    <w:p>
      <w:r>
        <w:t>Передающая организация: __________________________________________________</w:t>
      </w:r>
    </w:p>
    <w:p>
      <w:r>
        <w:t>Получающая организация: __________________________________________________</w:t>
      </w:r>
    </w:p>
    <w:p>
      <w:r>
        <w:t>Основание передачи: 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4139"/>
        <w:gridCol w:w="1304"/>
        <w:gridCol w:w="1247"/>
        <w:gridCol w:w="1757"/>
        <w:gridCol w:w="1247"/>
        <w:gridCol w:w="3118"/>
      </w:tblGrid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№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Наименование, номер и дата документа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Вид документа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Кол-во экз.</w:t>
            </w:r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Листов в одном экземпляре</w:t>
            </w:r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Листов всего</w:t>
            </w:r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</w:rPr>
              <w:t>Примечание</w:t>
            </w:r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1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2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3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4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5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</w:tr>
      <w:tr>
        <w:tc>
          <w:tcPr>
            <w:tcW w:type="dxa" w:w="4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6</w:t>
            </w:r>
          </w:p>
        </w:tc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75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124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  <w:tc>
          <w:tcPr>
            <w:tcW w:type="dxa" w:w="311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/>
          </w:p>
        </w:tc>
      </w:tr>
    </w:tbl>
    <w:p>
      <w:r>
        <w:t>Итого: ______ позиций, ______ экземпляров документов, ______ листов.</w:t>
      </w:r>
    </w:p>
    <w:p>
      <w:r>
        <w:t>Передал: должность, Ф. И. О. __________________________   Подпись ______________</w:t>
      </w:r>
    </w:p>
    <w:p>
      <w:r>
        <w:t>Приняла/принял: должность, Ф. И. О. ________________________   Подпись ______________</w:t>
      </w:r>
    </w:p>
    <w:p>
      <w:r>
        <w:t>Дата фактической передачи: _________________   Замечания: ______________________________</w:t>
      </w:r>
    </w:p>
    <w:p>
      <w:r>
        <w:rPr>
          <w:sz w:val="18"/>
        </w:rPr>
        <w:t>Пример самостоятельной формы. Не заменяет почтовую форму 107 и установленные архивные формы.</w:t>
      </w:r>
    </w:p>
    <w:sectPr w:rsidR="00FC693F" w:rsidRPr="0006063C" w:rsidSect="00034616">
      <w:pgSz w:w="16838" w:h="11906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